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0"/>
        </w:rPr>
        <w:t>REKLAMAČNÝ FORMULÁR</w:t>
      </w:r>
    </w:p>
    <w:p>
      <w:pPr>
        <w:spacing w:after="160"/>
        <w:jc w:val="center"/>
      </w:pPr>
      <w:r>
        <w:rPr>
          <w:b w:val="0"/>
          <w:i/>
          <w:color w:val="555555"/>
          <w:sz w:val="17"/>
        </w:rPr>
        <w:t>(formulár priložte k reklamovanému tovaru alebo ho pošlite e-mailom)</w:t>
      </w:r>
    </w:p>
    <w:p>
      <w:pPr>
        <w:spacing w:after="120"/>
      </w:pPr>
      <w:r>
        <w:rPr>
          <w:b/>
        </w:rPr>
        <w:t xml:space="preserve">Adresát: </w:t>
      </w:r>
      <w:r>
        <w:t>DINO Slovakia, spol. s r.o., Borekova 10, 821 06 Bratislava, Slovenská republika, e-mail: reklamacie@divinecosmetics.eu</w:t>
      </w:r>
    </w:p>
    <w:p>
      <w:pPr>
        <w:tabs>
          <w:tab w:pos="9638" w:val="right" w:leader="dot"/>
        </w:tabs>
        <w:spacing w:before="140" w:after="0"/>
      </w:pPr>
      <w:r>
        <w:t xml:space="preserve">Meno a priezvisko: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Adresa bydliska: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Telefón: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E-mail: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Číslo objednávky: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Číslo faktúry: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Dátum prevzatia tovaru: </w:t>
      </w: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Reklamovaný tovar (názov, kód, počet kusov): </w:t>
      </w: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Popis vady: </w:t>
      </w: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80" w:after="0"/>
      </w:pPr>
      <w:r>
        <w:tab/>
      </w:r>
    </w:p>
    <w:p>
      <w:pPr>
        <w:tabs>
          <w:tab w:pos="9638" w:val="right" w:leader="dot"/>
        </w:tabs>
        <w:spacing w:before="140" w:after="0"/>
      </w:pPr>
      <w:r>
        <w:t xml:space="preserve">Dátum zistenia vady: </w:t>
      </w:r>
      <w:r>
        <w:tab/>
      </w:r>
    </w:p>
    <w:p>
      <w:pPr>
        <w:spacing w:before="160"/>
      </w:pPr>
      <w:r>
        <w:t xml:space="preserve">Navrhovaný spôsob vybavenia:   </w:t>
      </w:r>
      <w:r>
        <w:t>☐ výmena     ☐ oprava     ☐ primeraná zľava     ☐ odstúpenie od zmluvy</w:t>
      </w:r>
    </w:p>
    <w:p>
      <w:pPr>
        <w:tabs>
          <w:tab w:pos="9638" w:val="right" w:leader="dot"/>
        </w:tabs>
        <w:spacing w:before="140" w:after="0"/>
      </w:pPr>
      <w:r>
        <w:t xml:space="preserve">IBAN na vrátenie peňazí: </w:t>
      </w:r>
      <w:r>
        <w:tab/>
      </w:r>
    </w:p>
    <w:p>
      <w:pPr>
        <w:spacing w:after="4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3F3F3"/>
          </w:tcPr>
          <w:p>
            <w:r>
              <w:rPr>
                <w:b/>
                <w:sz w:val="18"/>
              </w:rPr>
              <w:t>Dôležité informácie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Prosím priložte doklad o kúpe (faktúru) a ak je to možné, fotografie vady.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Náklady na zaslanie reklamovaného tovaru hradí zákazník. Pri uznanej reklamácii ich preplatíme do výšky ceny najlacnejšej bežnej prepravy. Zásielky na dobierku nepreberáme.</w:t>
            </w:r>
          </w:p>
          <w:p>
            <w:pPr>
              <w:spacing w:after="40"/>
              <w:ind w:left="227" w:hanging="227"/>
            </w:pPr>
            <w:r>
              <w:rPr>
                <w:sz w:val="17"/>
              </w:rPr>
              <w:t>• Pri zamietnutej reklamácii si tovar môžete vyzdvihnúť v našom sklade alebo vám ho zašleme po úhrade nákladov na spätnú prepravu faktúrou vopred. Na dobierku tovar nezasielame.</w:t>
            </w:r>
          </w:p>
        </w:tc>
      </w:tr>
    </w:tbl>
    <w:p>
      <w:pPr>
        <w:tabs>
          <w:tab w:pos="3118" w:val="left" w:leader="dot"/>
          <w:tab w:pos="5386" w:val="left" w:leader="dot"/>
        </w:tabs>
        <w:spacing w:before="400"/>
      </w:pPr>
      <w:r>
        <w:t xml:space="preserve">V </w:t>
        <w:tab/>
        <w:t xml:space="preserve"> dňa </w:t>
        <w:tab/>
      </w:r>
    </w:p>
    <w:p>
      <w:pPr>
        <w:tabs>
          <w:tab w:pos="9638" w:val="right" w:leader="dot"/>
        </w:tabs>
        <w:spacing w:before="320"/>
      </w:pPr>
      <w:r>
        <w:t xml:space="preserve">Podpis: </w:t>
        <w:tab/>
      </w:r>
    </w:p>
    <w:sectPr w:rsidR="00FC693F" w:rsidRPr="0006063C" w:rsidSect="00034616"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Reklamačný formulár</dc:title>
  <dc:subject/>
  <dc:creator>DINO Slovakia, spol. s r.o.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