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0"/>
        </w:rPr>
        <w:t>ODSTÚPENIE OD ZMLUVY</w:t>
      </w:r>
    </w:p>
    <w:p>
      <w:pPr>
        <w:spacing w:after="160"/>
        <w:jc w:val="center"/>
      </w:pPr>
      <w:r>
        <w:rPr>
          <w:b w:val="0"/>
          <w:i/>
          <w:color w:val="555555"/>
          <w:sz w:val="17"/>
        </w:rPr>
        <w:t>(vyplňte a zašlite tento formulár len v prípade, že chcete odstúpiť od zmluvy)</w:t>
      </w:r>
    </w:p>
    <w:p>
      <w:pPr>
        <w:spacing w:after="120"/>
      </w:pPr>
      <w:r>
        <w:rPr>
          <w:b/>
        </w:rPr>
        <w:t xml:space="preserve">Adresát: </w:t>
      </w:r>
      <w:r>
        <w:t>DINO Slovakia, spol. s r.o., Borekova 10, 821 06 Bratislava, Slovenská republika, e-mail: divine@divinecosmetics.eu</w:t>
      </w:r>
    </w:p>
    <w:p>
      <w:pPr>
        <w:tabs>
          <w:tab w:pos="9638" w:val="right" w:leader="dot"/>
        </w:tabs>
        <w:spacing w:before="140" w:after="0"/>
      </w:pPr>
      <w:r>
        <w:t xml:space="preserve">Meno a priezvisko: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Adresa bydliska: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Telefón: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E-mail: </w:t>
      </w:r>
      <w:r>
        <w:tab/>
      </w:r>
    </w:p>
    <w:p>
      <w:pPr>
        <w:spacing w:after="0" w:before="200"/>
      </w:pPr>
      <w:r>
        <w:rPr>
          <w:b w:val="0"/>
          <w:i w:val="0"/>
          <w:sz w:val="19"/>
        </w:rPr>
        <w:t>Týmto oznamujem, že odstupujem od kúpnej zmluvy na nižšie uvedený tovar, uzavretej so spoločnosťou DINO Slovakia, spol. s r.o., Kamenice 5308/15, 902 01 Pezinok, IČO: 36 216 291, zapísanou v Obchodnom registri Mestského súdu Bratislava III, oddiel: Sro, vložka č. 147577/B, v súlade s § 19 a nasl. zákona č. 108/2024 Z. z. o ochrane spotrebiteľa.</w:t>
      </w:r>
    </w:p>
    <w:p>
      <w:pPr>
        <w:tabs>
          <w:tab w:pos="9638" w:val="right" w:leader="dot"/>
        </w:tabs>
        <w:spacing w:before="140" w:after="0"/>
      </w:pPr>
      <w:r>
        <w:t xml:space="preserve">Číslo objednávky: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Číslo faktúry: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Dátum objednávky: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Dátum prevzatia tovaru: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Vrátený tovar (názov, kód, počet kusov): </w:t>
      </w: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Dôvod vrátenia (nepovinný údaj):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IBAN na vrátenie peňazí: </w:t>
      </w:r>
      <w:r>
        <w:tab/>
      </w:r>
    </w:p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3F3F3"/>
          </w:tcPr>
          <w:p>
            <w:r>
              <w:rPr>
                <w:b/>
                <w:sz w:val="18"/>
              </w:rPr>
              <w:t>Dôležité informácie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Tovar zašlite najneskôr do 14 dní od odstúpenia od zmluvy na adresu skladu: DINO Slovakia, spol. s r.o., Borekova 10, 821 06 Bratislava. Náklady na vrátenie tovaru znáša kupujúci.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Tovar vráťte kompletný, nepoškodený a bez známok používania. Za zníženie hodnoty tovaru v dôsledku zaobchádzania nad rámec potrebný na zistenie jeho vlastností a funkčnosti zodpovedá spotrebiteľ (§ 21 ods. 4 zákona č. 108/2024 Z. z.).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Od zmluvy nemožno odstúpiť pri hygienickom tovare dodanom v uzatvorenom ochrannom obale, ktorý bol po dodaní z obalu vyňatý.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Kúpnu cenu vrátane nákladov na doručenie tovaru k vám (v rozsahu najlacnejšieho ponúkaného spôsobu doručenia) vrátime do 14 dní od doručenia odstúpenia, nie však skôr, ako nám bude tovar doručený alebo preukážete jeho odoslanie.</w:t>
            </w:r>
          </w:p>
        </w:tc>
      </w:tr>
    </w:tbl>
    <w:p>
      <w:pPr>
        <w:tabs>
          <w:tab w:pos="3118" w:val="left" w:leader="dot"/>
          <w:tab w:pos="5386" w:val="left" w:leader="dot"/>
        </w:tabs>
        <w:spacing w:before="400"/>
      </w:pPr>
      <w:r>
        <w:t xml:space="preserve">V </w:t>
        <w:tab/>
        <w:t xml:space="preserve"> dňa </w:t>
        <w:tab/>
      </w:r>
    </w:p>
    <w:p>
      <w:pPr>
        <w:tabs>
          <w:tab w:pos="9638" w:val="right" w:leader="dot"/>
        </w:tabs>
        <w:spacing w:before="320"/>
      </w:pPr>
      <w:r>
        <w:t xml:space="preserve">Podpis (len ak sa formulár podáva v listinnej podobe): </w:t>
        <w:tab/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od zmluvy</dc:title>
  <dc:subject/>
  <dc:creator>DINO Slovakia, spol. s 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